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29D2" w14:textId="4A294B2A" w:rsidR="003B7AA9" w:rsidRPr="003C4BB1" w:rsidRDefault="00556EDD">
      <w:pPr>
        <w:jc w:val="center"/>
        <w:rPr>
          <w:lang w:val="fr-FR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5924C007" wp14:editId="3FF45F51">
            <wp:simplePos x="0" y="0"/>
            <wp:positionH relativeFrom="column">
              <wp:posOffset>-377825</wp:posOffset>
            </wp:positionH>
            <wp:positionV relativeFrom="paragraph">
              <wp:posOffset>-279400</wp:posOffset>
            </wp:positionV>
            <wp:extent cx="1643565" cy="923925"/>
            <wp:effectExtent l="0" t="0" r="0" b="0"/>
            <wp:wrapNone/>
            <wp:docPr id="18141649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164924" name="Image 18141649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4356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3F9">
        <w:rPr>
          <w:b/>
          <w:noProof/>
        </w:rPr>
        <w:drawing>
          <wp:anchor distT="0" distB="0" distL="114300" distR="114300" simplePos="0" relativeHeight="251666432" behindDoc="1" locked="0" layoutInCell="1" allowOverlap="1" wp14:anchorId="49FFD69D" wp14:editId="06FE1F53">
            <wp:simplePos x="0" y="0"/>
            <wp:positionH relativeFrom="column">
              <wp:posOffset>5546090</wp:posOffset>
            </wp:positionH>
            <wp:positionV relativeFrom="paragraph">
              <wp:posOffset>-431800</wp:posOffset>
            </wp:positionV>
            <wp:extent cx="1533525" cy="1533525"/>
            <wp:effectExtent l="0" t="0" r="9525" b="9525"/>
            <wp:wrapNone/>
            <wp:docPr id="148368008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194" w:rsidRPr="003C4BB1">
        <w:rPr>
          <w:b/>
          <w:color w:val="101B72"/>
          <w:sz w:val="44"/>
          <w:lang w:val="fr-FR"/>
        </w:rPr>
        <w:t>COUPON-RÉPONSE</w:t>
      </w:r>
    </w:p>
    <w:p w14:paraId="567A3E76" w14:textId="2FEBDE8F" w:rsidR="003B7AA9" w:rsidRPr="003C4BB1" w:rsidRDefault="00AA0194">
      <w:pPr>
        <w:jc w:val="center"/>
        <w:rPr>
          <w:lang w:val="fr-FR"/>
        </w:rPr>
      </w:pPr>
      <w:r w:rsidRPr="003C4BB1">
        <w:rPr>
          <w:b/>
          <w:sz w:val="40"/>
          <w:lang w:val="fr-FR"/>
        </w:rPr>
        <w:t xml:space="preserve">Restaurant « Le goût du </w:t>
      </w:r>
      <w:proofErr w:type="spellStart"/>
      <w:r w:rsidRPr="003C4BB1">
        <w:rPr>
          <w:b/>
          <w:sz w:val="40"/>
          <w:lang w:val="fr-FR"/>
        </w:rPr>
        <w:t>Part’ÂGE</w:t>
      </w:r>
      <w:proofErr w:type="spellEnd"/>
      <w:r w:rsidRPr="003C4BB1">
        <w:rPr>
          <w:b/>
          <w:sz w:val="40"/>
          <w:lang w:val="fr-FR"/>
        </w:rPr>
        <w:t xml:space="preserve"> »</w:t>
      </w:r>
    </w:p>
    <w:p w14:paraId="2ABB15FA" w14:textId="77777777" w:rsidR="003B7AA9" w:rsidRPr="003C4BB1" w:rsidRDefault="00AA0194">
      <w:pPr>
        <w:jc w:val="center"/>
        <w:rPr>
          <w:lang w:val="fr-FR"/>
        </w:rPr>
      </w:pPr>
      <w:r w:rsidRPr="003C4BB1">
        <w:rPr>
          <w:b/>
          <w:color w:val="F15A24"/>
          <w:sz w:val="26"/>
          <w:lang w:val="fr-FR"/>
        </w:rPr>
        <w:t>NOUVEAU DANS VOTRE SECTEUR</w:t>
      </w:r>
    </w:p>
    <w:p w14:paraId="6646DAE1" w14:textId="4861EA45" w:rsidR="003B7AA9" w:rsidRPr="003C4BB1" w:rsidRDefault="00AA0194">
      <w:pPr>
        <w:jc w:val="center"/>
        <w:rPr>
          <w:lang w:val="fr-FR"/>
        </w:rPr>
      </w:pPr>
      <w:r w:rsidRPr="003C4BB1">
        <w:rPr>
          <w:sz w:val="20"/>
          <w:lang w:val="fr-FR"/>
        </w:rPr>
        <w:t xml:space="preserve">Repas convivial </w:t>
      </w:r>
      <w:r w:rsidR="000C33AA">
        <w:rPr>
          <w:sz w:val="20"/>
          <w:lang w:val="fr-FR"/>
        </w:rPr>
        <w:t>gratuit</w:t>
      </w:r>
      <w:r w:rsidRPr="003C4BB1">
        <w:rPr>
          <w:sz w:val="20"/>
          <w:lang w:val="fr-FR"/>
        </w:rPr>
        <w:t xml:space="preserve">• Sur inscription • Tous les </w:t>
      </w:r>
      <w:r w:rsidR="0023553B">
        <w:rPr>
          <w:sz w:val="20"/>
          <w:lang w:val="fr-FR"/>
        </w:rPr>
        <w:t>mardi</w:t>
      </w:r>
      <w:r w:rsidRPr="003C4BB1">
        <w:rPr>
          <w:sz w:val="20"/>
          <w:lang w:val="fr-FR"/>
        </w:rPr>
        <w:t>s de novembre</w:t>
      </w:r>
      <w:r w:rsidR="003C4BB1" w:rsidRPr="003C4BB1">
        <w:rPr>
          <w:sz w:val="20"/>
          <w:lang w:val="fr-FR"/>
        </w:rPr>
        <w:t xml:space="preserve"> </w:t>
      </w:r>
      <w:r w:rsidR="006E5929">
        <w:rPr>
          <w:sz w:val="20"/>
          <w:lang w:val="fr-FR"/>
        </w:rPr>
        <w:t>et de février 202</w:t>
      </w:r>
      <w:r w:rsidR="0023553B">
        <w:rPr>
          <w:sz w:val="20"/>
          <w:lang w:val="fr-FR"/>
        </w:rPr>
        <w:t>7</w:t>
      </w:r>
      <w:r w:rsidRPr="003C4BB1">
        <w:rPr>
          <w:sz w:val="20"/>
          <w:lang w:val="fr-FR"/>
        </w:rPr>
        <w:br/>
        <w:t>De 10h30 à 13h30 • Transport adapté disponible gratuitement</w:t>
      </w:r>
    </w:p>
    <w:tbl>
      <w:tblPr>
        <w:tblW w:w="13044" w:type="dxa"/>
        <w:jc w:val="center"/>
        <w:tblLayout w:type="fixed"/>
        <w:tblLook w:val="04A0" w:firstRow="1" w:lastRow="0" w:firstColumn="1" w:lastColumn="0" w:noHBand="0" w:noVBand="1"/>
      </w:tblPr>
      <w:tblGrid>
        <w:gridCol w:w="6808"/>
        <w:gridCol w:w="6236"/>
      </w:tblGrid>
      <w:tr w:rsidR="003B7AA9" w14:paraId="7207BE42" w14:textId="77777777" w:rsidTr="00556EDD">
        <w:trPr>
          <w:jc w:val="center"/>
        </w:trPr>
        <w:tc>
          <w:tcPr>
            <w:tcW w:w="6808" w:type="dxa"/>
            <w:vAlign w:val="center"/>
          </w:tcPr>
          <w:p w14:paraId="427060D0" w14:textId="77777777" w:rsidR="008A43F9" w:rsidRPr="00840EC5" w:rsidRDefault="008A43F9" w:rsidP="003C4BB1">
            <w:pPr>
              <w:tabs>
                <w:tab w:val="left" w:leader="hyphen" w:pos="4800"/>
              </w:tabs>
              <w:ind w:left="1651" w:right="-140"/>
              <w:rPr>
                <w:b/>
                <w:lang w:val="fr-FR"/>
              </w:rPr>
            </w:pPr>
          </w:p>
          <w:p w14:paraId="4747D962" w14:textId="31ADEC3E" w:rsidR="003B7AA9" w:rsidRDefault="003C4BB1" w:rsidP="008A43F9">
            <w:pPr>
              <w:ind w:left="1651" w:right="-140"/>
            </w:pPr>
            <w:r>
              <w:rPr>
                <w:b/>
              </w:rPr>
              <w:t>Nom: ________________________________</w:t>
            </w:r>
            <w:r w:rsidR="008A43F9">
              <w:rPr>
                <w:b/>
              </w:rPr>
              <w:t>______</w:t>
            </w:r>
          </w:p>
        </w:tc>
        <w:tc>
          <w:tcPr>
            <w:tcW w:w="6236" w:type="dxa"/>
            <w:vAlign w:val="center"/>
          </w:tcPr>
          <w:p w14:paraId="2A6B50CE" w14:textId="19A8D69B" w:rsidR="003B7AA9" w:rsidRDefault="003B7AA9"/>
        </w:tc>
      </w:tr>
      <w:tr w:rsidR="003B7AA9" w14:paraId="5D45A2AA" w14:textId="77777777" w:rsidTr="00556EDD">
        <w:trPr>
          <w:jc w:val="center"/>
        </w:trPr>
        <w:tc>
          <w:tcPr>
            <w:tcW w:w="6808" w:type="dxa"/>
            <w:vAlign w:val="center"/>
          </w:tcPr>
          <w:p w14:paraId="2E1AD87F" w14:textId="78A6433F" w:rsidR="003B7AA9" w:rsidRDefault="00AA0194" w:rsidP="003C4BB1">
            <w:pPr>
              <w:ind w:left="1651"/>
            </w:pPr>
            <w:proofErr w:type="spellStart"/>
            <w:r>
              <w:rPr>
                <w:b/>
              </w:rPr>
              <w:t>Prénom</w:t>
            </w:r>
            <w:proofErr w:type="spellEnd"/>
            <w:r>
              <w:rPr>
                <w:b/>
              </w:rPr>
              <w:t xml:space="preserve"> :</w:t>
            </w:r>
            <w:r w:rsidR="003C4BB1">
              <w:rPr>
                <w:b/>
              </w:rPr>
              <w:t>___________________________</w:t>
            </w:r>
            <w:r w:rsidR="008A43F9">
              <w:rPr>
                <w:b/>
              </w:rPr>
              <w:t>_______</w:t>
            </w:r>
          </w:p>
        </w:tc>
        <w:tc>
          <w:tcPr>
            <w:tcW w:w="6236" w:type="dxa"/>
            <w:vAlign w:val="center"/>
          </w:tcPr>
          <w:p w14:paraId="56F056FA" w14:textId="3EAD950C" w:rsidR="003B7AA9" w:rsidRDefault="003B7AA9"/>
        </w:tc>
      </w:tr>
      <w:tr w:rsidR="003B7AA9" w14:paraId="71DFB309" w14:textId="77777777" w:rsidTr="00556EDD">
        <w:trPr>
          <w:jc w:val="center"/>
        </w:trPr>
        <w:tc>
          <w:tcPr>
            <w:tcW w:w="6808" w:type="dxa"/>
            <w:vAlign w:val="center"/>
          </w:tcPr>
          <w:p w14:paraId="537E3889" w14:textId="690B10EC" w:rsidR="003C4BB1" w:rsidRPr="003C4BB1" w:rsidRDefault="008A43F9" w:rsidP="008A43F9">
            <w:pPr>
              <w:spacing w:line="480" w:lineRule="auto"/>
              <w:ind w:left="1651"/>
              <w:rPr>
                <w:b/>
              </w:rPr>
            </w:pPr>
            <w:r>
              <w:rPr>
                <w:b/>
              </w:rPr>
              <w:t>Adresse:</w:t>
            </w:r>
            <w:r w:rsidR="003C4BB1">
              <w:rPr>
                <w:b/>
              </w:rPr>
              <w:t>__________________________________________________________________________________________________</w:t>
            </w:r>
            <w:r>
              <w:rPr>
                <w:b/>
              </w:rPr>
              <w:t>__</w:t>
            </w:r>
            <w:r w:rsidR="00556EDD">
              <w:rPr>
                <w:b/>
              </w:rPr>
              <w:t>_________</w:t>
            </w:r>
          </w:p>
        </w:tc>
        <w:tc>
          <w:tcPr>
            <w:tcW w:w="6236" w:type="dxa"/>
            <w:vAlign w:val="center"/>
          </w:tcPr>
          <w:p w14:paraId="2C4BC560" w14:textId="5161C6D7" w:rsidR="003B7AA9" w:rsidRDefault="003B7AA9"/>
        </w:tc>
      </w:tr>
      <w:tr w:rsidR="003B7AA9" w14:paraId="73FE6FBA" w14:textId="77777777" w:rsidTr="00556EDD">
        <w:trPr>
          <w:jc w:val="center"/>
        </w:trPr>
        <w:tc>
          <w:tcPr>
            <w:tcW w:w="6808" w:type="dxa"/>
          </w:tcPr>
          <w:p w14:paraId="2DE46532" w14:textId="58CD8DCB" w:rsidR="003B7AA9" w:rsidRPr="003C4BB1" w:rsidRDefault="003C4BB1" w:rsidP="003C4BB1">
            <w:pPr>
              <w:ind w:left="1651"/>
              <w:rPr>
                <w:b/>
                <w:bCs/>
              </w:rPr>
            </w:pPr>
            <w:r w:rsidRPr="003C4BB1">
              <w:rPr>
                <w:b/>
                <w:bCs/>
              </w:rPr>
              <w:t>Date de naissance</w:t>
            </w:r>
            <w:r>
              <w:rPr>
                <w:b/>
                <w:bCs/>
              </w:rPr>
              <w:t>__</w:t>
            </w:r>
            <w:r w:rsidR="00556EDD">
              <w:rPr>
                <w:b/>
                <w:bCs/>
              </w:rPr>
              <w:t>__</w:t>
            </w:r>
            <w:r>
              <w:rPr>
                <w:b/>
                <w:bCs/>
              </w:rPr>
              <w:t>_/_</w:t>
            </w:r>
            <w:r w:rsidR="00556EDD">
              <w:rPr>
                <w:b/>
                <w:bCs/>
              </w:rPr>
              <w:t>_</w:t>
            </w:r>
            <w:r>
              <w:rPr>
                <w:b/>
                <w:bCs/>
              </w:rPr>
              <w:t>_</w:t>
            </w:r>
            <w:r w:rsidR="00556EDD">
              <w:rPr>
                <w:b/>
                <w:bCs/>
              </w:rPr>
              <w:t>_</w:t>
            </w:r>
            <w:r>
              <w:rPr>
                <w:b/>
                <w:bCs/>
              </w:rPr>
              <w:t>_/_____</w:t>
            </w:r>
            <w:r w:rsidR="00556EDD">
              <w:rPr>
                <w:b/>
                <w:bCs/>
              </w:rPr>
              <w:t>/_____/_____</w:t>
            </w:r>
          </w:p>
        </w:tc>
        <w:tc>
          <w:tcPr>
            <w:tcW w:w="6236" w:type="dxa"/>
          </w:tcPr>
          <w:p w14:paraId="2E0AEBA2" w14:textId="571BFB56" w:rsidR="003B7AA9" w:rsidRDefault="003B7AA9"/>
        </w:tc>
      </w:tr>
      <w:tr w:rsidR="003B7AA9" w14:paraId="3A4F26BE" w14:textId="77777777" w:rsidTr="00556EDD">
        <w:trPr>
          <w:jc w:val="center"/>
        </w:trPr>
        <w:tc>
          <w:tcPr>
            <w:tcW w:w="6808" w:type="dxa"/>
            <w:vAlign w:val="center"/>
          </w:tcPr>
          <w:p w14:paraId="03113686" w14:textId="61D76B8E" w:rsidR="003B7AA9" w:rsidRDefault="003C4BB1" w:rsidP="003C4BB1">
            <w:pPr>
              <w:ind w:left="1651"/>
            </w:pPr>
            <w:r>
              <w:rPr>
                <w:b/>
              </w:rPr>
              <w:t>GIR: ______</w:t>
            </w:r>
          </w:p>
        </w:tc>
        <w:tc>
          <w:tcPr>
            <w:tcW w:w="6236" w:type="dxa"/>
            <w:vAlign w:val="center"/>
          </w:tcPr>
          <w:p w14:paraId="46656136" w14:textId="3A2FEFD3" w:rsidR="003B7AA9" w:rsidRDefault="003B7AA9"/>
        </w:tc>
      </w:tr>
      <w:tr w:rsidR="003B7AA9" w:rsidRPr="002C7C00" w14:paraId="07304370" w14:textId="77777777" w:rsidTr="00556EDD">
        <w:trPr>
          <w:jc w:val="center"/>
        </w:trPr>
        <w:tc>
          <w:tcPr>
            <w:tcW w:w="6808" w:type="dxa"/>
            <w:vAlign w:val="center"/>
          </w:tcPr>
          <w:p w14:paraId="098E1481" w14:textId="29105442" w:rsidR="003B7AA9" w:rsidRPr="00556EDD" w:rsidRDefault="00AA0194" w:rsidP="00556EDD">
            <w:pPr>
              <w:ind w:left="1651" w:right="-1359"/>
              <w:rPr>
                <w:lang w:val="fr-FR"/>
              </w:rPr>
            </w:pPr>
            <w:r w:rsidRPr="00556EDD">
              <w:rPr>
                <w:b/>
                <w:lang w:val="fr-FR"/>
              </w:rPr>
              <w:t xml:space="preserve">N° téléphone </w:t>
            </w:r>
            <w:r w:rsidR="00556EDD" w:rsidRPr="00556EDD">
              <w:rPr>
                <w:b/>
                <w:lang w:val="fr-FR"/>
              </w:rPr>
              <w:t>en</w:t>
            </w:r>
            <w:r w:rsidR="00556EDD">
              <w:rPr>
                <w:b/>
                <w:lang w:val="fr-FR"/>
              </w:rPr>
              <w:t xml:space="preserve"> </w:t>
            </w:r>
            <w:r w:rsidR="00556EDD" w:rsidRPr="00556EDD">
              <w:rPr>
                <w:b/>
                <w:lang w:val="fr-FR"/>
              </w:rPr>
              <w:t>cas d’urgence</w:t>
            </w:r>
            <w:r w:rsidRPr="00556EDD">
              <w:rPr>
                <w:b/>
                <w:lang w:val="fr-FR"/>
              </w:rPr>
              <w:t xml:space="preserve"> :</w:t>
            </w:r>
            <w:r w:rsidR="003C4BB1" w:rsidRPr="00556EDD">
              <w:rPr>
                <w:b/>
                <w:lang w:val="fr-FR"/>
              </w:rPr>
              <w:t>___</w:t>
            </w:r>
            <w:r w:rsidR="00556EDD" w:rsidRPr="00556EDD">
              <w:rPr>
                <w:b/>
                <w:lang w:val="fr-FR"/>
              </w:rPr>
              <w:t>_</w:t>
            </w:r>
            <w:r w:rsidR="003C4BB1" w:rsidRPr="00556EDD">
              <w:rPr>
                <w:b/>
                <w:lang w:val="fr-FR"/>
              </w:rPr>
              <w:t>/___</w:t>
            </w:r>
            <w:r w:rsidR="00556EDD" w:rsidRPr="00556EDD">
              <w:rPr>
                <w:b/>
                <w:lang w:val="fr-FR"/>
              </w:rPr>
              <w:t>_</w:t>
            </w:r>
            <w:r w:rsidR="003C4BB1" w:rsidRPr="00556EDD">
              <w:rPr>
                <w:b/>
                <w:lang w:val="fr-FR"/>
              </w:rPr>
              <w:t>/___</w:t>
            </w:r>
            <w:r w:rsidR="00556EDD" w:rsidRPr="00556EDD">
              <w:rPr>
                <w:b/>
                <w:lang w:val="fr-FR"/>
              </w:rPr>
              <w:t>_</w:t>
            </w:r>
            <w:r w:rsidR="003C4BB1" w:rsidRPr="00556EDD">
              <w:rPr>
                <w:b/>
                <w:lang w:val="fr-FR"/>
              </w:rPr>
              <w:t>/___</w:t>
            </w:r>
            <w:r w:rsidR="00556EDD" w:rsidRPr="00556EDD">
              <w:rPr>
                <w:b/>
                <w:lang w:val="fr-FR"/>
              </w:rPr>
              <w:t>_</w:t>
            </w:r>
            <w:r w:rsidR="003C4BB1" w:rsidRPr="00556EDD">
              <w:rPr>
                <w:b/>
                <w:lang w:val="fr-FR"/>
              </w:rPr>
              <w:t>/</w:t>
            </w:r>
            <w:r w:rsidR="00556EDD">
              <w:rPr>
                <w:b/>
                <w:lang w:val="fr-FR"/>
              </w:rPr>
              <w:t>___________</w:t>
            </w:r>
            <w:r w:rsidR="003C4BB1" w:rsidRPr="00556EDD">
              <w:rPr>
                <w:b/>
                <w:lang w:val="fr-FR"/>
              </w:rPr>
              <w:t>___</w:t>
            </w:r>
            <w:r w:rsidR="00556EDD" w:rsidRPr="00556EDD">
              <w:rPr>
                <w:b/>
                <w:lang w:val="fr-FR"/>
              </w:rPr>
              <w:t>_</w:t>
            </w:r>
          </w:p>
        </w:tc>
        <w:tc>
          <w:tcPr>
            <w:tcW w:w="6236" w:type="dxa"/>
            <w:vAlign w:val="center"/>
          </w:tcPr>
          <w:p w14:paraId="2AB5454C" w14:textId="63C051D3" w:rsidR="003B7AA9" w:rsidRPr="00556EDD" w:rsidRDefault="003B7AA9">
            <w:pPr>
              <w:rPr>
                <w:lang w:val="fr-FR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3B7AA9" w14:paraId="5F5F8E0A" w14:textId="77777777">
        <w:trPr>
          <w:jc w:val="center"/>
        </w:trPr>
        <w:tc>
          <w:tcPr>
            <w:tcW w:w="10540" w:type="dxa"/>
            <w:shd w:val="clear" w:color="auto" w:fill="35D4D4"/>
            <w:vAlign w:val="center"/>
          </w:tcPr>
          <w:p w14:paraId="190B3E3E" w14:textId="0384BEF6" w:rsidR="003B7AA9" w:rsidRDefault="00AA0194">
            <w:r>
              <w:rPr>
                <w:b/>
                <w:color w:val="101B72"/>
              </w:rPr>
              <w:t xml:space="preserve">DATES </w:t>
            </w:r>
            <w:r w:rsidR="00556EDD">
              <w:rPr>
                <w:b/>
                <w:color w:val="101B72"/>
              </w:rPr>
              <w:t>PROPOSÉES</w:t>
            </w:r>
          </w:p>
        </w:tc>
      </w:tr>
      <w:tr w:rsidR="003B7AA9" w:rsidRPr="002C7C00" w14:paraId="71229E38" w14:textId="77777777">
        <w:trPr>
          <w:jc w:val="center"/>
        </w:trPr>
        <w:tc>
          <w:tcPr>
            <w:tcW w:w="10540" w:type="dxa"/>
            <w:vAlign w:val="center"/>
          </w:tcPr>
          <w:p w14:paraId="044ED669" w14:textId="77777777" w:rsidR="00757845" w:rsidRDefault="00757845" w:rsidP="00757845">
            <w:pPr>
              <w:spacing w:after="0"/>
              <w:jc w:val="center"/>
              <w:rPr>
                <w:lang w:val="fr-FR"/>
              </w:rPr>
            </w:pPr>
          </w:p>
          <w:p w14:paraId="707303B6" w14:textId="30E791C3" w:rsidR="00757845" w:rsidRDefault="00757845" w:rsidP="00757845">
            <w:pPr>
              <w:spacing w:after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  </w:t>
            </w:r>
            <w:r w:rsidR="00AA0194" w:rsidRPr="008A43F9">
              <w:rPr>
                <w:lang w:val="fr-FR"/>
              </w:rPr>
              <w:t>☐</w:t>
            </w:r>
            <w:r w:rsidR="00AA0194" w:rsidRPr="008A43F9">
              <w:rPr>
                <w:lang w:val="fr-FR"/>
              </w:rPr>
              <w:t xml:space="preserve"> </w:t>
            </w:r>
            <w:r w:rsidR="0023553B">
              <w:rPr>
                <w:lang w:val="fr-FR"/>
              </w:rPr>
              <w:t>mardi 3</w:t>
            </w:r>
            <w:r w:rsidR="008A43F9" w:rsidRPr="008A43F9">
              <w:rPr>
                <w:lang w:val="fr-FR"/>
              </w:rPr>
              <w:t xml:space="preserve"> novembre</w:t>
            </w:r>
            <w:r w:rsidR="00AA0194" w:rsidRPr="008A43F9">
              <w:rPr>
                <w:lang w:val="fr-FR"/>
              </w:rPr>
              <w:t xml:space="preserve">    </w:t>
            </w:r>
            <w:r w:rsidR="00840EC5">
              <w:rPr>
                <w:lang w:val="fr-FR"/>
              </w:rPr>
              <w:t xml:space="preserve"> </w:t>
            </w:r>
            <w:r w:rsidR="00AA0194" w:rsidRPr="008A43F9">
              <w:rPr>
                <w:lang w:val="fr-FR"/>
              </w:rPr>
              <w:t>☐</w:t>
            </w:r>
            <w:r w:rsidR="00AA0194" w:rsidRPr="008A43F9">
              <w:rPr>
                <w:lang w:val="fr-FR"/>
              </w:rPr>
              <w:t xml:space="preserve"> </w:t>
            </w:r>
            <w:r w:rsidR="0023553B">
              <w:rPr>
                <w:lang w:val="fr-FR"/>
              </w:rPr>
              <w:t>mardi 10</w:t>
            </w:r>
            <w:r w:rsidR="008A43F9" w:rsidRPr="008A43F9">
              <w:rPr>
                <w:lang w:val="fr-FR"/>
              </w:rPr>
              <w:t xml:space="preserve"> novembre </w:t>
            </w:r>
          </w:p>
          <w:p w14:paraId="227D8E4B" w14:textId="4840ACB4" w:rsidR="00840EC5" w:rsidRDefault="00AA0194" w:rsidP="00757845">
            <w:pPr>
              <w:spacing w:after="0" w:line="480" w:lineRule="auto"/>
              <w:jc w:val="center"/>
              <w:rPr>
                <w:lang w:val="fr-FR"/>
              </w:rPr>
            </w:pPr>
            <w:r w:rsidRPr="008A43F9">
              <w:rPr>
                <w:lang w:val="fr-FR"/>
              </w:rPr>
              <w:t>☐</w:t>
            </w:r>
            <w:r w:rsidRPr="008A43F9">
              <w:rPr>
                <w:lang w:val="fr-FR"/>
              </w:rPr>
              <w:t xml:space="preserve"> </w:t>
            </w:r>
            <w:r w:rsidR="0023553B">
              <w:rPr>
                <w:lang w:val="fr-FR"/>
              </w:rPr>
              <w:t>mardi 17</w:t>
            </w:r>
            <w:r w:rsidRPr="008A43F9">
              <w:rPr>
                <w:lang w:val="fr-FR"/>
              </w:rPr>
              <w:t xml:space="preserve"> </w:t>
            </w:r>
            <w:r w:rsidR="00757845">
              <w:rPr>
                <w:lang w:val="fr-FR"/>
              </w:rPr>
              <w:t xml:space="preserve">novembre    </w:t>
            </w:r>
            <w:r w:rsidR="00757845" w:rsidRPr="008A43F9">
              <w:rPr>
                <w:rFonts w:ascii="Segoe UI Symbol" w:hAnsi="Segoe UI Symbol" w:cs="Segoe UI Symbol"/>
                <w:lang w:val="fr-FR"/>
              </w:rPr>
              <w:t>☐</w:t>
            </w:r>
            <w:r w:rsidRPr="008A43F9">
              <w:rPr>
                <w:lang w:val="fr-FR"/>
              </w:rPr>
              <w:t xml:space="preserve"> </w:t>
            </w:r>
            <w:r w:rsidR="0023553B">
              <w:rPr>
                <w:lang w:val="fr-FR"/>
              </w:rPr>
              <w:t>mardi 24</w:t>
            </w:r>
            <w:r w:rsidR="008A43F9">
              <w:rPr>
                <w:lang w:val="fr-FR"/>
              </w:rPr>
              <w:t xml:space="preserve"> novembre</w:t>
            </w:r>
          </w:p>
          <w:p w14:paraId="06F1E0CB" w14:textId="61A0904A" w:rsidR="00840EC5" w:rsidRDefault="00757845" w:rsidP="00757845">
            <w:pPr>
              <w:spacing w:after="0"/>
              <w:rPr>
                <w:lang w:val="fr-FR"/>
              </w:rPr>
            </w:pPr>
            <w:r>
              <w:rPr>
                <w:lang w:val="fr-FR"/>
              </w:rPr>
              <w:t xml:space="preserve">                                                                </w:t>
            </w:r>
            <w:r w:rsidR="00840EC5" w:rsidRPr="008A43F9">
              <w:rPr>
                <w:lang w:val="fr-FR"/>
              </w:rPr>
              <w:t>☐</w:t>
            </w:r>
            <w:r w:rsidR="00840EC5">
              <w:rPr>
                <w:lang w:val="fr-FR"/>
              </w:rPr>
              <w:t xml:space="preserve"> </w:t>
            </w:r>
            <w:r w:rsidR="0023553B">
              <w:rPr>
                <w:lang w:val="fr-FR"/>
              </w:rPr>
              <w:t>mardi 2</w:t>
            </w:r>
            <w:r w:rsidR="00840EC5">
              <w:rPr>
                <w:lang w:val="fr-FR"/>
              </w:rPr>
              <w:t xml:space="preserve"> février       </w:t>
            </w:r>
            <w:r>
              <w:rPr>
                <w:lang w:val="fr-FR"/>
              </w:rPr>
              <w:t xml:space="preserve">     </w:t>
            </w:r>
            <w:r w:rsidR="00840EC5" w:rsidRPr="008A43F9">
              <w:rPr>
                <w:lang w:val="fr-FR"/>
              </w:rPr>
              <w:t>☐</w:t>
            </w:r>
            <w:r w:rsidR="00840EC5">
              <w:rPr>
                <w:lang w:val="fr-FR"/>
              </w:rPr>
              <w:t xml:space="preserve"> </w:t>
            </w:r>
            <w:r w:rsidR="0023553B">
              <w:rPr>
                <w:lang w:val="fr-FR"/>
              </w:rPr>
              <w:t>mardi 9</w:t>
            </w:r>
            <w:r w:rsidR="00840EC5">
              <w:rPr>
                <w:lang w:val="fr-FR"/>
              </w:rPr>
              <w:t xml:space="preserve"> février</w:t>
            </w:r>
          </w:p>
          <w:p w14:paraId="6FD8F457" w14:textId="308B8810" w:rsidR="00840EC5" w:rsidRPr="008A43F9" w:rsidRDefault="00757845" w:rsidP="00757845">
            <w:pPr>
              <w:tabs>
                <w:tab w:val="left" w:pos="2790"/>
              </w:tabs>
              <w:spacing w:after="0"/>
              <w:rPr>
                <w:lang w:val="fr-FR"/>
              </w:rPr>
            </w:pPr>
            <w:r>
              <w:rPr>
                <w:lang w:val="fr-FR"/>
              </w:rPr>
              <w:t xml:space="preserve">                                                                </w:t>
            </w:r>
            <w:r w:rsidR="00840EC5" w:rsidRPr="008A43F9">
              <w:rPr>
                <w:lang w:val="fr-FR"/>
              </w:rPr>
              <w:t>☐</w:t>
            </w:r>
            <w:r w:rsidR="00840EC5">
              <w:rPr>
                <w:lang w:val="fr-FR"/>
              </w:rPr>
              <w:t xml:space="preserve"> </w:t>
            </w:r>
            <w:r w:rsidR="0023553B">
              <w:rPr>
                <w:lang w:val="fr-FR"/>
              </w:rPr>
              <w:t>mardi 16</w:t>
            </w:r>
            <w:r w:rsidR="00840EC5">
              <w:rPr>
                <w:lang w:val="fr-FR"/>
              </w:rPr>
              <w:t xml:space="preserve"> février    </w:t>
            </w:r>
            <w:r>
              <w:rPr>
                <w:lang w:val="fr-FR"/>
              </w:rPr>
              <w:t xml:space="preserve">     </w:t>
            </w:r>
            <w:r w:rsidR="00840EC5" w:rsidRPr="008A43F9">
              <w:rPr>
                <w:lang w:val="fr-FR"/>
              </w:rPr>
              <w:t>☐</w:t>
            </w:r>
            <w:r w:rsidR="00840EC5">
              <w:rPr>
                <w:lang w:val="fr-FR"/>
              </w:rPr>
              <w:t xml:space="preserve"> </w:t>
            </w:r>
            <w:r w:rsidR="0023553B">
              <w:rPr>
                <w:lang w:val="fr-FR"/>
              </w:rPr>
              <w:t>mardi 23</w:t>
            </w:r>
            <w:r w:rsidR="00840EC5">
              <w:rPr>
                <w:lang w:val="fr-FR"/>
              </w:rPr>
              <w:t xml:space="preserve"> février</w:t>
            </w:r>
          </w:p>
        </w:tc>
      </w:tr>
      <w:tr w:rsidR="00840EC5" w:rsidRPr="002C7C00" w14:paraId="38AE1EE8" w14:textId="77777777">
        <w:trPr>
          <w:jc w:val="center"/>
        </w:trPr>
        <w:tc>
          <w:tcPr>
            <w:tcW w:w="10540" w:type="dxa"/>
            <w:vAlign w:val="center"/>
          </w:tcPr>
          <w:p w14:paraId="66D5F1E7" w14:textId="2D356AB1" w:rsidR="00840EC5" w:rsidRPr="00840EC5" w:rsidRDefault="00843916" w:rsidP="00840EC5">
            <w:pPr>
              <w:tabs>
                <w:tab w:val="left" w:pos="3075"/>
              </w:tabs>
              <w:jc w:val="center"/>
              <w:rPr>
                <w:lang w:val="fr-FR"/>
              </w:rPr>
            </w:pPr>
            <w:r w:rsidRPr="00843916">
              <w:rPr>
                <w:noProof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8480" behindDoc="1" locked="0" layoutInCell="1" allowOverlap="1" wp14:anchorId="47F210E4" wp14:editId="39F7C024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243840</wp:posOffset>
                      </wp:positionV>
                      <wp:extent cx="6676390" cy="1059180"/>
                      <wp:effectExtent l="0" t="0" r="10160" b="26670"/>
                      <wp:wrapNone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76390" cy="1059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0033E8" w14:textId="77777777" w:rsidR="00843916" w:rsidRDefault="0084391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F210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-5.65pt;margin-top:19.2pt;width:525.7pt;height:83.4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">
                      <v:textbox>
                        <w:txbxContent>
                          <w:p w14:paraId="130033E8" w14:textId="77777777" w:rsidR="00843916" w:rsidRDefault="0084391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117D8E1" w14:textId="37A2F232" w:rsidR="00843916" w:rsidRPr="00843916" w:rsidRDefault="00843916" w:rsidP="00843916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4A5BD4" wp14:editId="354197CE">
                <wp:simplePos x="0" y="0"/>
                <wp:positionH relativeFrom="margin">
                  <wp:posOffset>3787412</wp:posOffset>
                </wp:positionH>
                <wp:positionV relativeFrom="paragraph">
                  <wp:posOffset>33020</wp:posOffset>
                </wp:positionV>
                <wp:extent cx="233136" cy="242208"/>
                <wp:effectExtent l="57150" t="19050" r="71755" b="100965"/>
                <wp:wrapNone/>
                <wp:docPr id="12605328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36" cy="2422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D714A" id="Rectangle 1" o:spid="_x0000_s1026" style="position:absolute;margin-left:298.2pt;margin-top:2.6pt;width:18.35pt;height:19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" fillcolor="#f2f2f2" strokecolor="#4a7ebb">
                <v:shadow on="t" color="black" opacity="22937f" origin=",.5" offset="0,.63889mm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7B8E0D" wp14:editId="53FB3B78">
                <wp:simplePos x="0" y="0"/>
                <wp:positionH relativeFrom="margin">
                  <wp:posOffset>2681424</wp:posOffset>
                </wp:positionH>
                <wp:positionV relativeFrom="paragraph">
                  <wp:posOffset>31115</wp:posOffset>
                </wp:positionV>
                <wp:extent cx="233136" cy="242208"/>
                <wp:effectExtent l="57150" t="19050" r="71755" b="100965"/>
                <wp:wrapNone/>
                <wp:docPr id="11311692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36" cy="24220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6CEFE" id="Rectangle 1" o:spid="_x0000_s1026" style="position:absolute;margin-left:211.15pt;margin-top:2.45pt;width:18.35pt;height:19.0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" fillcolor="#f2f2f2 [3052]" strokecolor="#4579b8 [3044]">
                <v:shadow on="t" color="black" opacity="22937f" origin=",.5" offset="0,.63889mm"/>
                <w10:wrap anchorx="margin"/>
              </v:rect>
            </w:pict>
          </mc:Fallback>
        </mc:AlternateContent>
      </w:r>
      <w:r>
        <w:t xml:space="preserve"> </w:t>
      </w:r>
      <w:proofErr w:type="spellStart"/>
      <w:r w:rsidRPr="00843916">
        <w:rPr>
          <w:sz w:val="24"/>
          <w:szCs w:val="24"/>
        </w:rPr>
        <w:t>Avez</w:t>
      </w:r>
      <w:proofErr w:type="spellEnd"/>
      <w:r w:rsidRPr="00843916">
        <w:rPr>
          <w:sz w:val="24"/>
          <w:szCs w:val="24"/>
        </w:rPr>
        <w:t xml:space="preserve"> vous des allergies </w:t>
      </w:r>
      <w:proofErr w:type="spellStart"/>
      <w:r w:rsidRPr="00843916">
        <w:rPr>
          <w:sz w:val="24"/>
          <w:szCs w:val="24"/>
        </w:rPr>
        <w:t>alimentaires</w:t>
      </w:r>
      <w:proofErr w:type="spellEnd"/>
      <w:r w:rsidRPr="00843916">
        <w:rPr>
          <w:sz w:val="24"/>
          <w:szCs w:val="24"/>
        </w:rPr>
        <w:t xml:space="preserve">:                 </w:t>
      </w:r>
      <w:proofErr w:type="spellStart"/>
      <w:r w:rsidRPr="00843916">
        <w:rPr>
          <w:sz w:val="24"/>
          <w:szCs w:val="24"/>
        </w:rPr>
        <w:t>oui</w:t>
      </w:r>
      <w:proofErr w:type="spellEnd"/>
      <w:r w:rsidRPr="00843916">
        <w:rPr>
          <w:sz w:val="24"/>
          <w:szCs w:val="24"/>
        </w:rPr>
        <w:t xml:space="preserve">                          non </w:t>
      </w:r>
    </w:p>
    <w:p w14:paraId="22B67F59" w14:textId="32FE7B85" w:rsidR="00843916" w:rsidRPr="00843916" w:rsidRDefault="00843916" w:rsidP="00843916">
      <w:pPr>
        <w:rPr>
          <w:sz w:val="24"/>
          <w:szCs w:val="24"/>
        </w:rPr>
      </w:pPr>
      <w:r w:rsidRPr="00843916">
        <w:rPr>
          <w:sz w:val="24"/>
          <w:szCs w:val="24"/>
        </w:rPr>
        <w:t xml:space="preserve"> SI </w:t>
      </w:r>
      <w:proofErr w:type="spellStart"/>
      <w:r w:rsidRPr="00843916">
        <w:rPr>
          <w:sz w:val="24"/>
          <w:szCs w:val="24"/>
        </w:rPr>
        <w:t>oui</w:t>
      </w:r>
      <w:proofErr w:type="spellEnd"/>
      <w:r w:rsidRPr="00843916">
        <w:rPr>
          <w:sz w:val="24"/>
          <w:szCs w:val="24"/>
        </w:rPr>
        <w:t xml:space="preserve">, merci de  </w:t>
      </w:r>
      <w:proofErr w:type="spellStart"/>
      <w:r w:rsidRPr="00843916">
        <w:rPr>
          <w:sz w:val="24"/>
          <w:szCs w:val="24"/>
        </w:rPr>
        <w:t>préciser</w:t>
      </w:r>
      <w:proofErr w:type="spellEnd"/>
      <w:r w:rsidRPr="00843916">
        <w:rPr>
          <w:sz w:val="24"/>
          <w:szCs w:val="24"/>
        </w:rPr>
        <w:t xml:space="preserve"> ci dessous:</w:t>
      </w:r>
    </w:p>
    <w:p w14:paraId="061E0906" w14:textId="78A5592F" w:rsidR="00843916" w:rsidRPr="00843916" w:rsidRDefault="00843916" w:rsidP="00843916">
      <w:pPr>
        <w:rPr>
          <w:sz w:val="28"/>
          <w:szCs w:val="28"/>
          <w:lang w:val="fr-FR"/>
        </w:rPr>
      </w:pPr>
      <w:r>
        <w:rPr>
          <w:sz w:val="28"/>
          <w:szCs w:val="28"/>
        </w:rPr>
        <w:t xml:space="preserve"> ___________________________________________________________________________________________________</w:t>
      </w:r>
    </w:p>
    <w:tbl>
      <w:tblPr>
        <w:tblpPr w:leftFromText="141" w:rightFromText="141" w:vertAnchor="text" w:horzAnchor="margin" w:tblpY="194"/>
        <w:tblW w:w="0" w:type="auto"/>
        <w:tblLook w:val="04A0" w:firstRow="1" w:lastRow="0" w:firstColumn="1" w:lastColumn="0" w:noHBand="0" w:noVBand="1"/>
      </w:tblPr>
      <w:tblGrid>
        <w:gridCol w:w="10540"/>
      </w:tblGrid>
      <w:tr w:rsidR="00843916" w:rsidRPr="002C7C00" w14:paraId="6E048A2B" w14:textId="77777777" w:rsidTr="00843916">
        <w:tc>
          <w:tcPr>
            <w:tcW w:w="10540" w:type="dxa"/>
            <w:shd w:val="clear" w:color="auto" w:fill="F15A24"/>
          </w:tcPr>
          <w:p w14:paraId="1630B7FD" w14:textId="77777777" w:rsidR="00843916" w:rsidRDefault="00843916" w:rsidP="00843916">
            <w:pPr>
              <w:spacing w:after="0"/>
              <w:jc w:val="center"/>
              <w:rPr>
                <w:b/>
                <w:color w:val="FFFFFF"/>
                <w:lang w:val="fr-FR"/>
              </w:rPr>
            </w:pPr>
            <w:r w:rsidRPr="003C4BB1">
              <w:rPr>
                <w:b/>
                <w:color w:val="FFFFFF"/>
                <w:lang w:val="fr-FR"/>
              </w:rPr>
              <w:t>PRÉ-INSCRIPTION AU SECRÉTARIAT</w:t>
            </w:r>
            <w:r w:rsidRPr="003C4BB1">
              <w:rPr>
                <w:b/>
                <w:color w:val="FFFFFF"/>
                <w:lang w:val="fr-FR"/>
              </w:rPr>
              <w:br/>
              <w:t xml:space="preserve">EHPAD SAINT </w:t>
            </w:r>
            <w:r>
              <w:rPr>
                <w:b/>
                <w:color w:val="FFFFFF"/>
                <w:lang w:val="fr-FR"/>
              </w:rPr>
              <w:t>FRAIMBAULT</w:t>
            </w:r>
            <w:r w:rsidRPr="003C4BB1">
              <w:rPr>
                <w:b/>
                <w:color w:val="FFFFFF"/>
                <w:lang w:val="fr-FR"/>
              </w:rPr>
              <w:t xml:space="preserve"> • </w:t>
            </w:r>
            <w:r>
              <w:rPr>
                <w:b/>
                <w:color w:val="FFFFFF"/>
                <w:lang w:val="fr-FR"/>
              </w:rPr>
              <w:t xml:space="preserve">Route de </w:t>
            </w:r>
            <w:proofErr w:type="spellStart"/>
            <w:r>
              <w:rPr>
                <w:b/>
                <w:color w:val="FFFFFF"/>
                <w:lang w:val="fr-FR"/>
              </w:rPr>
              <w:t>Javron</w:t>
            </w:r>
            <w:proofErr w:type="spellEnd"/>
            <w:r w:rsidRPr="003C4BB1">
              <w:rPr>
                <w:b/>
                <w:color w:val="FFFFFF"/>
                <w:lang w:val="fr-FR"/>
              </w:rPr>
              <w:t xml:space="preserve"> • 53 </w:t>
            </w:r>
            <w:r>
              <w:rPr>
                <w:b/>
                <w:color w:val="FFFFFF"/>
                <w:lang w:val="fr-FR"/>
              </w:rPr>
              <w:t xml:space="preserve">110 </w:t>
            </w:r>
            <w:proofErr w:type="spellStart"/>
            <w:r>
              <w:rPr>
                <w:b/>
                <w:color w:val="FFFFFF"/>
                <w:lang w:val="fr-FR"/>
              </w:rPr>
              <w:t>Lassay</w:t>
            </w:r>
            <w:proofErr w:type="spellEnd"/>
            <w:r>
              <w:rPr>
                <w:b/>
                <w:color w:val="FFFFFF"/>
                <w:lang w:val="fr-FR"/>
              </w:rPr>
              <w:t xml:space="preserve"> Les </w:t>
            </w:r>
            <w:proofErr w:type="spellStart"/>
            <w:r>
              <w:rPr>
                <w:b/>
                <w:color w:val="FFFFFF"/>
                <w:lang w:val="fr-FR"/>
              </w:rPr>
              <w:t>Chateaux</w:t>
            </w:r>
            <w:proofErr w:type="spellEnd"/>
            <w:r w:rsidRPr="003C4BB1">
              <w:rPr>
                <w:b/>
                <w:color w:val="FFFFFF"/>
                <w:lang w:val="fr-FR"/>
              </w:rPr>
              <w:br/>
              <w:t>Téléphone : 02.43.0</w:t>
            </w:r>
            <w:r>
              <w:rPr>
                <w:b/>
                <w:color w:val="FFFFFF"/>
                <w:lang w:val="fr-FR"/>
              </w:rPr>
              <w:t>4</w:t>
            </w:r>
            <w:r w:rsidRPr="003C4BB1">
              <w:rPr>
                <w:b/>
                <w:color w:val="FFFFFF"/>
                <w:lang w:val="fr-FR"/>
              </w:rPr>
              <w:t>.</w:t>
            </w:r>
            <w:r>
              <w:rPr>
                <w:b/>
                <w:color w:val="FFFFFF"/>
                <w:lang w:val="fr-FR"/>
              </w:rPr>
              <w:t>72</w:t>
            </w:r>
            <w:r w:rsidRPr="003C4BB1">
              <w:rPr>
                <w:b/>
                <w:color w:val="FFFFFF"/>
                <w:lang w:val="fr-FR"/>
              </w:rPr>
              <w:t>.</w:t>
            </w:r>
            <w:r>
              <w:rPr>
                <w:b/>
                <w:color w:val="FFFFFF"/>
                <w:lang w:val="fr-FR"/>
              </w:rPr>
              <w:t>45</w:t>
            </w:r>
          </w:p>
          <w:p w14:paraId="660F24D2" w14:textId="77777777" w:rsidR="00843916" w:rsidRPr="008A43F9" w:rsidRDefault="00843916" w:rsidP="00843916">
            <w:pPr>
              <w:jc w:val="center"/>
              <w:rPr>
                <w:b/>
                <w:color w:val="FFFFFF"/>
                <w:lang w:val="fr-FR"/>
              </w:rPr>
            </w:pPr>
            <w:r>
              <w:rPr>
                <w:b/>
                <w:bCs/>
                <w:color w:val="FFFFFF"/>
                <w:lang w:val="fr-FR"/>
              </w:rPr>
              <w:t>s</w:t>
            </w:r>
            <w:r w:rsidRPr="008A43F9">
              <w:rPr>
                <w:b/>
                <w:bCs/>
                <w:color w:val="FFFFFF"/>
                <w:lang w:val="fr-FR"/>
              </w:rPr>
              <w:t>ecretariat.</w:t>
            </w:r>
            <w:r>
              <w:rPr>
                <w:b/>
                <w:bCs/>
                <w:color w:val="FFFFFF"/>
                <w:lang w:val="fr-FR"/>
              </w:rPr>
              <w:t>sfdl</w:t>
            </w:r>
            <w:r w:rsidRPr="008A43F9">
              <w:rPr>
                <w:b/>
                <w:bCs/>
                <w:color w:val="FFFFFF"/>
                <w:lang w:val="fr-FR"/>
              </w:rPr>
              <w:t>@a-m-e.fr</w:t>
            </w:r>
          </w:p>
        </w:tc>
      </w:tr>
    </w:tbl>
    <w:p w14:paraId="35F2375F" w14:textId="77777777" w:rsidR="00843916" w:rsidRPr="008A43F9" w:rsidRDefault="00843916">
      <w:pPr>
        <w:spacing w:before="200"/>
        <w:rPr>
          <w:b/>
          <w:lang w:val="fr-FR"/>
        </w:rPr>
      </w:pPr>
    </w:p>
    <w:p w14:paraId="09D63B0A" w14:textId="28AB3093" w:rsidR="003B7AA9" w:rsidRDefault="003C4BB1" w:rsidP="008A43F9">
      <w:pPr>
        <w:spacing w:before="200"/>
        <w:ind w:left="567"/>
      </w:pPr>
      <w:r>
        <w:rPr>
          <w:b/>
        </w:rPr>
        <w:t>Date:</w:t>
      </w:r>
      <w:r w:rsidR="00AA0194">
        <w:rPr>
          <w:b/>
        </w:rPr>
        <w:t xml:space="preserve"> ____________________</w:t>
      </w:r>
      <w:r w:rsidR="005F2D97">
        <w:rPr>
          <w:b/>
        </w:rPr>
        <w:t>_______</w:t>
      </w:r>
      <w:r w:rsidR="00AA0194">
        <w:rPr>
          <w:b/>
        </w:rPr>
        <w:t xml:space="preserve">    </w:t>
      </w:r>
      <w:r w:rsidR="008A43F9">
        <w:rPr>
          <w:b/>
        </w:rPr>
        <w:t>Signature:</w:t>
      </w:r>
      <w:r w:rsidR="00AA0194">
        <w:rPr>
          <w:b/>
        </w:rPr>
        <w:t xml:space="preserve"> </w:t>
      </w:r>
    </w:p>
    <w:sectPr w:rsidR="003B7AA9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1322297">
    <w:abstractNumId w:val="8"/>
  </w:num>
  <w:num w:numId="2" w16cid:durableId="1368682244">
    <w:abstractNumId w:val="6"/>
  </w:num>
  <w:num w:numId="3" w16cid:durableId="1329140877">
    <w:abstractNumId w:val="5"/>
  </w:num>
  <w:num w:numId="4" w16cid:durableId="1590890900">
    <w:abstractNumId w:val="4"/>
  </w:num>
  <w:num w:numId="5" w16cid:durableId="1012728854">
    <w:abstractNumId w:val="7"/>
  </w:num>
  <w:num w:numId="6" w16cid:durableId="1003361445">
    <w:abstractNumId w:val="3"/>
  </w:num>
  <w:num w:numId="7" w16cid:durableId="1825392883">
    <w:abstractNumId w:val="2"/>
  </w:num>
  <w:num w:numId="8" w16cid:durableId="598608048">
    <w:abstractNumId w:val="1"/>
  </w:num>
  <w:num w:numId="9" w16cid:durableId="4499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3AA"/>
    <w:rsid w:val="0015074B"/>
    <w:rsid w:val="001973F5"/>
    <w:rsid w:val="00215A18"/>
    <w:rsid w:val="0023553B"/>
    <w:rsid w:val="0029639D"/>
    <w:rsid w:val="002C7C00"/>
    <w:rsid w:val="00326F90"/>
    <w:rsid w:val="003B7AA9"/>
    <w:rsid w:val="003C4BB1"/>
    <w:rsid w:val="00556EDD"/>
    <w:rsid w:val="005E32A6"/>
    <w:rsid w:val="005F2D97"/>
    <w:rsid w:val="006E5929"/>
    <w:rsid w:val="00757845"/>
    <w:rsid w:val="00840EC5"/>
    <w:rsid w:val="00843916"/>
    <w:rsid w:val="0087420C"/>
    <w:rsid w:val="008A43F9"/>
    <w:rsid w:val="00AA1D8D"/>
    <w:rsid w:val="00B47730"/>
    <w:rsid w:val="00CB0664"/>
    <w:rsid w:val="00E44102"/>
    <w:rsid w:val="00E82F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D32CD4"/>
  <w14:defaultImageDpi w14:val="300"/>
  <w15:docId w15:val="{9EBD2C3A-D480-4281-935B-68C7280B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1136</Characters>
  <Application>Microsoft Office Word</Application>
  <DocSecurity>4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Mélanie PEZARD</cp:lastModifiedBy>
  <cp:revision>2</cp:revision>
  <cp:lastPrinted>2026-09-21T11:02:00Z</cp:lastPrinted>
  <dcterms:created xsi:type="dcterms:W3CDTF">2026-09-21T11:03:00Z</dcterms:created>
  <dcterms:modified xsi:type="dcterms:W3CDTF">2026-09-21T11:03:00Z</dcterms:modified>
  <cp:category/>
</cp:coreProperties>
</file>